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וחצב - תעודת חוקר/ת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מבשרי הסתיו ואת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ההתנהגות בטבע - מסתכלים ומתעדים בלי לקטוף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לקבלת תעודת חוקר/ת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מסתכלים ומתעדים בלי לקטוף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חוקרי טבע לא קוטפים פרחי בר, רק מתעדים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החצב פורח בתחילת הסתיו ולכן הוא מבשר העונה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מתעדים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(פרחים שפורחים בתחילת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(פרח בר שפורח לפני העלים)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(פרחים שגדלים בטבע בעצמם)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הפקעת נמצאת באדמה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בסתיו הפקעת שולחת גבעול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הפריחה צומחים העלים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שהפרחים לא ייעלמו מהטבע וכדי שגם ילדים אחרים יוכלו לראות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פרחים שפורחים בתחילת הסתיו ומבשרים את 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ומתעדים בלי לקטוף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נוסח התעודה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לצאת להליכת טבע קצרה ולתרגל בפועל מסתכלים-מתעדים-לא קוטפים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רמת הכיתה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וחצב - תעודת חוקר/ת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בתחילת הסתיו פורחים בטבע פרחים מיוחדים שנקראים מבשרי הסתיו, ובהם החצב. בדף הזה נתרגל מה למדנו עליהם לפני שמקבלים תעודת חוקר/ת 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מתעדים  ·  מבשרי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לפרחים שפורחים בתחילת הסתיו ומבשרים את בוא העונה?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מבשרי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מבשרי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מבשרי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חוקרי טבע כשהם רואים פרח בר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קוטפים אותו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מסתכלים ומתעדים בלי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דורכים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לקטוף פרחי בר כדי לקחת אותם הביתה.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נחשב אחד ממבשרי הסתיו.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הסתיו פורחים בטבע פרחים שנקראים __________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חוקרי טבע __________ את מה שהם רואים אבל לא קוטפים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מבשרי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פרח בר שפורח לפני העלים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פרחים שגדלים בטבע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פרחי 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פרחים שפורחים בתחילת הסתיו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הפריחה צומחים העלים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הפקעת נמצאת באדמה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הפקעת שולחת גבעול פריחה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סיבות חשובות לכך שחוקרי טבע לא קוטפים פרחי 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מבשרי הסתיו?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חוקרי טבע כשהם רואים פרח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הסתיו וחצב - תעודת חוקר/ת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