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וחצב - תעודת חוקר/ת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מבשרי הסתיו ואת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ההתנהגות בטבע - מסתכלים ומתעדים בלי לקטוף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לקבלת תעודת חוקר/ת 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מבשרי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לפני העלים, בסתיו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מסתכלים ומתעדים בלי לקטוף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קוטפים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מצלמה או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חוקרי טבע לא קוטפים פרחי בר, רק מתעדים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החצב פורח בתחילת הסתיו ולכן הוא מבשר העונה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ככה אפשר לתעד בלי לפגוע בצמח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מעגל חיים כולל כמה שלבים, מהפקעת ועד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צריך לשמור על פרחי הבר ולא לפגוע בהם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(פרחים שפורחים בתחילת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(פרח בר שפורח לפני העלים)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(לצלם או לכתוב מה רואים)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(לקחת פרח מהאדמה -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(פרחים שגדלים בטבע בעצמם)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מעגל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הפקעת נמצאת באדמה בקיץ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בסתיו הפקעת שולחת גבעול 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הפרחים פורחים בלי 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הפריחה צומחים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הצמח אוגר כוח בפקעת לקראת השנה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שהפרחים לא ייעלמו מהטבע וכדי שגם ילדים אחרים יוכלו לראות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פרחים שפורחים בתחילת הסתיו ומבשרים את 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ומתעדים בלי לקטוף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נוסח התעודה בכיתה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לצאת להליכת טבע קצרה ולתרגל בפועל מסתכלים-מתעדים-לא קוטפים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רמת הכיתה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מבשרי הסתיו וחצב - תעודת חוקר/ת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בסתיו יש בטבע פרח מיוחד בשם חצב. נלמד עליו ונתרגל איך חוקרים את הטבע בלי לפגוע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מבשרי הסתיו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פרחים שפורחים בתחילת הסתיו ומבשרים שהעונה מתחילה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בר שפורח בסתיו, לפני העלים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השלבים שצמח עובר, מהזריעה ועד הפריחה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פרחי 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פרחים שגדלים בטבע בעצמם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לתעד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לצלם, לצייר או לכתוב מה רואים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לקטוף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לקחת פרח מהאדמה - אסור לעשות בטבע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חוקר/ת 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שמסתכל ולומד על הטבע בלי לפגוע בו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שם הפרחים שפורחים בתחילת הסתיו?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מבשרי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מבשרי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מבשרי החורף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מבשרי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פורח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העלים, בסתיו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אחרי העלים,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בחורף עם השלג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באביב עם הפרחים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חוקר טבע כשרואה 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קוטפים אותו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מסתכלים ומתעדים בלי לקטוף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דורכים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עוקרים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המילה החסרה בסיסמה?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קוטפים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מתעדים פרח בלי לקטוף?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מצלמה או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עקירה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דריכה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לקטוף פרחי בר כדי לקחת אותם הביתה.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נחשב אחד ממבשרי הסתיו.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 טבע טוב מצלם או מצייר את מה שהוא רואה.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 החיים של הצמח כולל רק שלב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לדרוך על פרחי בר בלי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הסתיו פורחים בטבע פרחים שנקראים __________ הסתיו.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חוקרי טבע __________ את מה שהם רואים אבל לא קוטפים אותו.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פרח בר שפורח בסתיו לפני העלים.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לקבל תעודת חוקר/ת סתיו צריך לכתוב __________ ולבחור רמה.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מבשרי הסתיו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פרח בר שפורח לפני העלים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פרחים שגדלים בטבע בעצמם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לתעד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פרחים שפורחים בתחילת הסתיו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לקטוף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לצלם או לכתוב מה רואים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פרחי 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לקחת פרח מהאדמה - אסור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מעגל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הצמח אוגר כוח בפקעת לקראת השנה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הפריחה צומחים העלים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הפקעת נמצאת באדמה בקיץ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בסתיו הפקעת שולחת גבעול פריחה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פורחים בלי 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סיבות חשובות לכך שחוקרי טבע לא קוטפים פרחי בר.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מבשרי הסתיו?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חוקרי טבע כשהם רואים פרח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הפרח שפורח בסתיו לפני העלים?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מבשרי הסתיו וחצב - תעודת חוקר/ת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